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40"/>
          <w:rtl w:val="1"/>
          <w:szCs w:val="40"/>
          <w:bCs/>
        </w:rPr>
        <w:t>הבחירות שלי עד היום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666666"/>
          <w:sz w:val="19"/>
          <w:rtl w:val="1"/>
          <w:szCs w:val="19"/>
        </w:rPr>
        <w:t>הדף הזה שלך בלבד – אין צורך לכתוב שם, והוא לא נאסף. בחר/י את השאלות שמדברות אליך.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החברים שבחרתי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מי החברים שבחרתי ביסודי? איזה אדם אני הייתי עם כל אחד מהם?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מי החברים שבחרתי בחטיבה? איזה אדם אני עם כל אחד מהם?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האם יש חבר/ה שבזכותו/ה בחרתי בחירה טובה? ומישהו שבגללו/ה בחרתי בחירה שאני מצטער/ת עליה?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המשפחה שלי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איך מערכת היחסים שלי עם האחים וההורים כרגע? איך היא משפיעה על האופי שלי ועל הבחירות שלי?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בחירה אחת שעשיתי בבית בתקופה האחרונה – ואיך היא השפיעה על האווירה בבית.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לימודים ועבודה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איפה אני רוצה ללמוד בהמשך? איך הבחירה הזאת תשפיע על המגמה שאבחר?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באיזו עבודה אני יכול/ה לעבוד אחרי הלימודים? איך זה ישפיע על הציונים ועל הזמן שלי?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איך אני בוחר/ת להתמודד כשקשה לי בלימודים? מה עובד לי ומה לא?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העתיד שלי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באיזה מקצוע הייתי רוצה לעסוק בעתיד? מה נדרש ממני כדי להגיע לשם?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מה אני מתכנן/ת לעשות בצבא או בשירות? למה בחרתי דווקא בזה?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בחירות שעשיתי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בחירה טובה שעשיתי ואני גאה בה – מה עזר לי לבחור נכון?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בחירה שהייתי עושה היום אחרת – מה למדתי ממנה?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רגע שבו הרגשתי שאין לי ברירה. במבט לאחור – האם הייתה לי בחירה בכל זאת?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2B1D6B"/>
          <w:sz w:val="28"/>
          <w:rtl w:val="1"/>
          <w:szCs w:val="28"/>
          <w:bCs/>
        </w:rPr>
        <w:t>הבחירה הבאה שלי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בחירה אחת קטנה שאני בוחר/ת לעשות השבוע: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מי יכול/ה לעזור לי לעמוד בה?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color w:val="AAAAAA"/>
          <w:sz w:val="20"/>
          <w:rtl w:val="1"/>
          <w:szCs w:val="20"/>
        </w:rPr>
        <w:t>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9A6700"/>
          <w:sz w:val="21"/>
          <w:rtl w:val="1"/>
          <w:szCs w:val="21"/>
          <w:bCs/>
        </w:rPr>
        <w:t>אם עולות מחשבות קשות או משהו שמציק לך – אפשר ורצוי לפנות ליועצת, למחנך/ת או למבוגר שאת/ה סומך/ת עליו.</w:t>
      </w:r>
    </w:p>
    <w:sectPr w:rsidR="00FC693F" w:rsidRPr="0006063C" w:rsidSect="00034616">
      <w:footerReference w:type="default" r:id="rId9"/>
      <w:pgSz w:w="11906" w:h="16838"/>
      <w:pgMar w:top="794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